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7A1E2D"/>
          <w:sz w:val="18"/>
        </w:rPr>
        <w:t>MADE IN LATVIA</w:t>
      </w:r>
    </w:p>
    <w:p>
      <w:pPr>
        <w:spacing w:after="0"/>
      </w:pPr>
      <w:r>
        <w:rPr>
          <w:b/>
          <w:sz w:val="36"/>
        </w:rPr>
        <w:t>Форма отказа от договора</w:t>
      </w:r>
    </w:p>
    <w:p>
      <w:r>
        <w:rPr>
          <w:i/>
          <w:color w:val="6A625B"/>
          <w:sz w:val="19"/>
        </w:rPr>
        <w:t>(заполните и отправьте эту форму, только если вы хотите отказаться от договора)</w:t>
      </w:r>
    </w:p>
    <w:p>
      <w:pPr>
        <w:spacing w:before="240" w:after="80"/>
      </w:pPr>
      <w:r>
        <w:rPr>
          <w:b/>
          <w:color w:val="7A1E2D"/>
          <w:sz w:val="19"/>
        </w:rPr>
        <w:t>ПОЛУЧАТЕЛЬ (ПРОДАВЕЦ)</w:t>
      </w:r>
    </w:p>
    <w:tbl>
      <w:tblPr>
        <w:tblW w:type="auto" w:w="0"/>
        <w:jc w:val="left"/>
        <w:tblLook w:firstColumn="1" w:firstRow="1" w:lastColumn="0" w:lastRow="0" w:noHBand="0" w:noVBand="1" w:val="04A0"/>
      </w:tblPr>
      <w:tblGrid>
        <w:gridCol w:w="4819"/>
        <w:gridCol w:w="4819"/>
      </w:tblGrid>
      <w:tr>
        <w:tc>
          <w:tcPr>
            <w:tcW w:type="dxa" w:w="2381"/>
          </w:tcPr>
          <w:p>
            <w:r>
              <w:rPr>
                <w:color w:val="6A625B"/>
              </w:rPr>
              <w:t>Название</w:t>
            </w:r>
          </w:p>
        </w:tc>
        <w:tc>
          <w:tcPr>
            <w:tcW w:type="dxa" w:w="7257"/>
          </w:tcPr>
          <w:p>
            <w:r>
              <w:t>SIA "MadeinLatvia.eu"</w:t>
            </w:r>
          </w:p>
        </w:tc>
      </w:tr>
      <w:tr>
        <w:tc>
          <w:tcPr>
            <w:tcW w:type="dxa" w:w="2381"/>
          </w:tcPr>
          <w:p>
            <w:r>
              <w:rPr>
                <w:color w:val="6A625B"/>
              </w:rPr>
              <w:t>Рег. №</w:t>
            </w:r>
          </w:p>
        </w:tc>
        <w:tc>
          <w:tcPr>
            <w:tcW w:type="dxa" w:w="7257"/>
          </w:tcPr>
          <w:p>
            <w:r>
              <w:t>44103144439</w:t>
            </w:r>
          </w:p>
        </w:tc>
      </w:tr>
      <w:tr>
        <w:tc>
          <w:tcPr>
            <w:tcW w:type="dxa" w:w="2381"/>
          </w:tcPr>
          <w:p>
            <w:r>
              <w:rPr>
                <w:color w:val="6A625B"/>
              </w:rPr>
              <w:t>Адрес</w:t>
            </w:r>
          </w:p>
        </w:tc>
        <w:tc>
          <w:tcPr>
            <w:tcW w:type="dxa" w:w="7257"/>
          </w:tcPr>
          <w:p>
            <w:r>
              <w:t>"Smukiņi", Viļķenes pag., Limbažu nov., LV-4050, Latvia</w:t>
            </w:r>
          </w:p>
        </w:tc>
      </w:tr>
      <w:tr>
        <w:tc>
          <w:tcPr>
            <w:tcW w:type="dxa" w:w="2381"/>
          </w:tcPr>
          <w:p>
            <w:r>
              <w:rPr>
                <w:color w:val="6A625B"/>
              </w:rPr>
              <w:t>E-mail</w:t>
            </w:r>
          </w:p>
        </w:tc>
        <w:tc>
          <w:tcPr>
            <w:tcW w:type="dxa" w:w="7257"/>
          </w:tcPr>
          <w:p>
            <w:r>
              <w:t>info@madeinlatvia.eu</w:t>
            </w:r>
          </w:p>
        </w:tc>
      </w:tr>
      <w:tr>
        <w:tc>
          <w:tcPr>
            <w:tcW w:type="dxa" w:w="2381"/>
          </w:tcPr>
          <w:p>
            <w:r>
              <w:rPr>
                <w:color w:val="6A625B"/>
              </w:rPr>
              <w:t>Телефон</w:t>
            </w:r>
          </w:p>
        </w:tc>
        <w:tc>
          <w:tcPr>
            <w:tcW w:type="dxa" w:w="7257"/>
          </w:tcPr>
          <w:p>
            <w:r>
              <w:t>+371 20 162 162</w:t>
            </w:r>
          </w:p>
        </w:tc>
      </w:tr>
    </w:tbl>
    <w:p>
      <w:pPr>
        <w:spacing w:before="280" w:after="120"/>
      </w:pPr>
      <w:r>
        <w:rPr>
          <w:b/>
          <w:sz w:val="22"/>
        </w:rPr>
        <w:t>Настоящим сообщаю, что отказываюсь от договора купли-продажи следующих товаров: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819"/>
        <w:gridCol w:w="4819"/>
      </w:tblGrid>
      <w:tr>
        <w:trPr>
          <w:trHeight w:val="520"/>
        </w:trPr>
        <w:tc>
          <w:tcPr>
            <w:tcW w:type="dxa" w:w="3515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>
              <w:t>Наименование товара (и количество)</w:t>
            </w:r>
          </w:p>
        </w:tc>
        <w:tc>
          <w:tcPr>
            <w:tcW w:type="dxa" w:w="6123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/>
          </w:p>
        </w:tc>
      </w:tr>
      <w:tr>
        <w:trPr>
          <w:trHeight w:val="520"/>
        </w:trPr>
        <w:tc>
          <w:tcPr>
            <w:tcW w:type="dxa" w:w="3515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>
              <w:t>Номер заказа</w:t>
            </w:r>
          </w:p>
        </w:tc>
        <w:tc>
          <w:tcPr>
            <w:tcW w:type="dxa" w:w="6123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/>
          </w:p>
        </w:tc>
      </w:tr>
      <w:tr>
        <w:trPr>
          <w:trHeight w:val="520"/>
        </w:trPr>
        <w:tc>
          <w:tcPr>
            <w:tcW w:type="dxa" w:w="3515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>
              <w:t>Дата заказа</w:t>
            </w:r>
          </w:p>
        </w:tc>
        <w:tc>
          <w:tcPr>
            <w:tcW w:type="dxa" w:w="6123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/>
          </w:p>
        </w:tc>
      </w:tr>
      <w:tr>
        <w:trPr>
          <w:trHeight w:val="520"/>
        </w:trPr>
        <w:tc>
          <w:tcPr>
            <w:tcW w:type="dxa" w:w="3515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>
              <w:t>Дата получения товара</w:t>
            </w:r>
          </w:p>
        </w:tc>
        <w:tc>
          <w:tcPr>
            <w:tcW w:type="dxa" w:w="6123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/>
          </w:p>
        </w:tc>
      </w:tr>
      <w:tr>
        <w:trPr>
          <w:trHeight w:val="520"/>
        </w:trPr>
        <w:tc>
          <w:tcPr>
            <w:tcW w:type="dxa" w:w="3515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>
              <w:t>Имя, фамилия потребителя</w:t>
            </w:r>
          </w:p>
        </w:tc>
        <w:tc>
          <w:tcPr>
            <w:tcW w:type="dxa" w:w="6123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/>
          </w:p>
        </w:tc>
      </w:tr>
      <w:tr>
        <w:trPr>
          <w:trHeight w:val="520"/>
        </w:trPr>
        <w:tc>
          <w:tcPr>
            <w:tcW w:type="dxa" w:w="3515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>
              <w:t>Адрес потребителя</w:t>
            </w:r>
          </w:p>
        </w:tc>
        <w:tc>
          <w:tcPr>
            <w:tcW w:type="dxa" w:w="6123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/>
          </w:p>
        </w:tc>
      </w:tr>
      <w:tr>
        <w:trPr>
          <w:trHeight w:val="520"/>
        </w:trPr>
        <w:tc>
          <w:tcPr>
            <w:tcW w:type="dxa" w:w="3515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>
              <w:t>E-mail / телефон потребителя</w:t>
            </w:r>
          </w:p>
        </w:tc>
        <w:tc>
          <w:tcPr>
            <w:tcW w:type="dxa" w:w="6123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/>
          </w:p>
        </w:tc>
      </w:tr>
      <w:tr>
        <w:trPr>
          <w:trHeight w:val="520"/>
        </w:trPr>
        <w:tc>
          <w:tcPr>
            <w:tcW w:type="dxa" w:w="3515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>
              <w:t>Номер счёта для возврата денег (если отличается от оплаты)</w:t>
            </w:r>
          </w:p>
        </w:tc>
        <w:tc>
          <w:tcPr>
            <w:tcW w:type="dxa" w:w="6123"/>
            <w:tcBorders>
              <w:top w:val="single" w:sz="4" w:color="D9D2C8"/>
              <w:left w:val="single" w:sz="4" w:color="D9D2C8"/>
              <w:bottom w:val="single" w:sz="4" w:color="D9D2C8"/>
              <w:right w:val="single" w:sz="4" w:color="D9D2C8"/>
            </w:tcBorders>
          </w:tcPr>
          <w:p>
            <w:r/>
          </w:p>
        </w:tc>
      </w:tr>
    </w:tbl>
    <w:p/>
    <w:tbl>
      <w:tblPr>
        <w:tblW w:type="auto" w:w="0"/>
        <w:tblLook w:firstColumn="1" w:firstRow="1" w:lastColumn="0" w:lastRow="0" w:noHBand="0" w:noVBand="1" w:val="04A0"/>
      </w:tblPr>
      <w:tblGrid>
        <w:gridCol w:w="4819"/>
        <w:gridCol w:w="4819"/>
      </w:tblGrid>
      <w:tr>
        <w:tc>
          <w:tcPr>
            <w:tcW w:type="dxa" w:w="4819"/>
          </w:tcPr>
          <w:p>
            <w:r>
              <w:rPr>
                <w:color w:val="6A625B"/>
                <w:sz w:val="18"/>
              </w:rPr>
              <w:t>Подпись потребителя (только если форма подаётся на бумаге)</w:t>
            </w:r>
          </w:p>
        </w:tc>
        <w:tc>
          <w:tcPr>
            <w:tcW w:type="dxa" w:w="4819"/>
          </w:tcPr>
          <w:p>
            <w:r>
              <w:rPr>
                <w:color w:val="6A625B"/>
                <w:sz w:val="18"/>
              </w:rPr>
              <w:t>Дата</w:t>
            </w:r>
          </w:p>
        </w:tc>
      </w:tr>
      <w:tr>
        <w:tc>
          <w:tcPr>
            <w:tcW w:type="dxa" w:w="4819"/>
          </w:tcPr>
          <w:p>
            <w:r>
              <w:br/>
              <w:t>______________________________</w:t>
            </w:r>
          </w:p>
        </w:tc>
        <w:tc>
          <w:tcPr>
            <w:tcW w:type="dxa" w:w="4819"/>
          </w:tcPr>
          <w:p>
            <w:r>
              <w:br/>
              <w:t>__________________</w:t>
            </w:r>
          </w:p>
        </w:tc>
      </w:tr>
    </w:tbl>
    <w:p>
      <w:pPr>
        <w:spacing w:before="240" w:after="80"/>
      </w:pPr>
      <w:r>
        <w:rPr>
          <w:b/>
          <w:color w:val="7A1E2D"/>
          <w:sz w:val="19"/>
        </w:rPr>
        <w:t>КАК ОТПРАВИТЬ</w:t>
      </w:r>
    </w:p>
    <w:p>
      <w:pPr>
        <w:pStyle w:val="ListBullet"/>
        <w:spacing w:after="40"/>
      </w:pPr>
      <w:r>
        <w:t>Право отказа можно использовать в течение 14 дней со дня получения товара.</w:t>
      </w:r>
    </w:p>
    <w:p>
      <w:pPr>
        <w:pStyle w:val="ListBullet"/>
        <w:spacing w:after="40"/>
      </w:pPr>
      <w:r>
        <w:t>Заполненную форму, желательно вместе с копией документа о покупке, отправьте на info@madeinlatvia.eu или по почте на адрес, указанный выше.</w:t>
      </w:r>
    </w:p>
    <w:p>
      <w:pPr>
        <w:pStyle w:val="ListBullet"/>
        <w:spacing w:after="40"/>
      </w:pPr>
      <w:r>
        <w:t>Товар просим отправить обратно в течение 14 дней после сообщения об отказе по адресу: "Smukiņi", Viļķenes pag., Limbažu nov., LV-4050, Latvia.</w:t>
      </w:r>
    </w:p>
    <w:p>
      <w:pPr>
        <w:spacing w:before="280"/>
      </w:pPr>
      <w:r>
        <w:rPr>
          <w:color w:val="8A8178"/>
          <w:sz w:val="16"/>
        </w:rPr>
        <w:t>SIA "MadeinLatvia.eu" · Reģ. Nr. 44103144439 · PVN LV44103144439 · info@madeinlatvia.eu</w:t>
      </w:r>
    </w:p>
    <w:sectPr w:rsidR="00FC693F" w:rsidRPr="0006063C" w:rsidSect="00034616">
      <w:pgSz w:w="11906" w:h="16838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 w:eastAsia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