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7A1E2D"/>
          <w:sz w:val="18"/>
        </w:rPr>
        <w:t>MADE IN LATVIA</w:t>
      </w:r>
    </w:p>
    <w:p>
      <w:pPr>
        <w:spacing w:after="0"/>
      </w:pPr>
      <w:r>
        <w:rPr>
          <w:b/>
          <w:sz w:val="36"/>
        </w:rPr>
        <w:t>Atteikuma veidlapa</w:t>
      </w:r>
    </w:p>
    <w:p>
      <w:r>
        <w:rPr>
          <w:i/>
          <w:color w:val="6A625B"/>
          <w:sz w:val="19"/>
        </w:rPr>
        <w:t>(aizpildiet un nosūtiet šo veidlapu tikai tad, ja vēlaties atteikties no līguma)</w:t>
      </w:r>
    </w:p>
    <w:p>
      <w:pPr>
        <w:spacing w:before="240" w:after="80"/>
      </w:pPr>
      <w:r>
        <w:rPr>
          <w:b/>
          <w:color w:val="7A1E2D"/>
          <w:sz w:val="19"/>
        </w:rPr>
        <w:t>ADRESĀTS (PĀRDEVĒJS)</w:t>
      </w:r>
    </w:p>
    <w:tbl>
      <w:tblPr>
        <w:tblW w:type="auto" w:w="0"/>
        <w:jc w:val="left"/>
        <w:tblLook w:firstColumn="1" w:firstRow="1" w:lastColumn="0" w:lastRow="0" w:noHBand="0" w:noVBand="1" w:val="04A0"/>
      </w:tblPr>
      <w:tblGrid>
        <w:gridCol w:w="4819"/>
        <w:gridCol w:w="4819"/>
      </w:tblGrid>
      <w:tr>
        <w:tc>
          <w:tcPr>
            <w:tcW w:type="dxa" w:w="2381"/>
          </w:tcPr>
          <w:p>
            <w:r>
              <w:rPr>
                <w:color w:val="6A625B"/>
              </w:rPr>
              <w:t>Nosaukums</w:t>
            </w:r>
          </w:p>
        </w:tc>
        <w:tc>
          <w:tcPr>
            <w:tcW w:type="dxa" w:w="7257"/>
          </w:tcPr>
          <w:p>
            <w:r>
              <w:t>SIA "MadeinLatvia.eu"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Reģ. Nr.</w:t>
            </w:r>
          </w:p>
        </w:tc>
        <w:tc>
          <w:tcPr>
            <w:tcW w:type="dxa" w:w="7257"/>
          </w:tcPr>
          <w:p>
            <w:r>
              <w:t>44103144439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Adrese</w:t>
            </w:r>
          </w:p>
        </w:tc>
        <w:tc>
          <w:tcPr>
            <w:tcW w:type="dxa" w:w="7257"/>
          </w:tcPr>
          <w:p>
            <w:r>
              <w:t>"Smukiņi", Viļķenes pag., Limbažu nov., LV-4050, Latvija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E-pasts</w:t>
            </w:r>
          </w:p>
        </w:tc>
        <w:tc>
          <w:tcPr>
            <w:tcW w:type="dxa" w:w="7257"/>
          </w:tcPr>
          <w:p>
            <w:r>
              <w:t>info@madeinlatvia.eu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Tālrunis</w:t>
            </w:r>
          </w:p>
        </w:tc>
        <w:tc>
          <w:tcPr>
            <w:tcW w:type="dxa" w:w="7257"/>
          </w:tcPr>
          <w:p>
            <w:r>
              <w:t>+371 20 162 162</w:t>
            </w:r>
          </w:p>
        </w:tc>
      </w:tr>
    </w:tbl>
    <w:p>
      <w:pPr>
        <w:spacing w:before="280" w:after="120"/>
      </w:pPr>
      <w:r>
        <w:rPr>
          <w:b/>
          <w:sz w:val="22"/>
        </w:rPr>
        <w:t>Es paziņoju, ka atsakos no līguma par šādu preču pirkumu: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Preces nosaukums (un daudzums)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Pasūtījuma numurs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Pasūtīšanas datums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Preces saņemšanas datums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Patērētāja vārds, uzvārds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Patērētāja adrese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Patērētāja e-pasts / tālrunis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Konta numurs naudas atmaksai (ja atšķiras no maksājuma)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</w:tbl>
    <w:p/>
    <w:tbl>
      <w:tblPr>
        <w:tblW w:type="auto" w:w="0"/>
        <w:tblLook w:firstColumn="1" w:firstRow="1" w:lastColumn="0" w:lastRow="0" w:noHBand="0" w:noVBand="1" w:val="04A0"/>
      </w:tblPr>
      <w:tblGrid>
        <w:gridCol w:w="4819"/>
        <w:gridCol w:w="4819"/>
      </w:tblGrid>
      <w:tr>
        <w:tc>
          <w:tcPr>
            <w:tcW w:type="dxa" w:w="4819"/>
          </w:tcPr>
          <w:p>
            <w:r>
              <w:rPr>
                <w:color w:val="6A625B"/>
                <w:sz w:val="18"/>
              </w:rPr>
              <w:t>Patērētāja paraksts (tikai tad, ja veidlapu iesniedz papīra formā)</w:t>
            </w:r>
          </w:p>
        </w:tc>
        <w:tc>
          <w:tcPr>
            <w:tcW w:type="dxa" w:w="4819"/>
          </w:tcPr>
          <w:p>
            <w:r>
              <w:rPr>
                <w:color w:val="6A625B"/>
                <w:sz w:val="18"/>
              </w:rPr>
              <w:t>Datums</w:t>
            </w:r>
          </w:p>
        </w:tc>
      </w:tr>
      <w:tr>
        <w:tc>
          <w:tcPr>
            <w:tcW w:type="dxa" w:w="4819"/>
          </w:tcPr>
          <w:p>
            <w:r>
              <w:br/>
              <w:t>______________________________</w:t>
            </w:r>
          </w:p>
        </w:tc>
        <w:tc>
          <w:tcPr>
            <w:tcW w:type="dxa" w:w="4819"/>
          </w:tcPr>
          <w:p>
            <w:r>
              <w:br/>
              <w:t>__________________</w:t>
            </w:r>
          </w:p>
        </w:tc>
      </w:tr>
    </w:tbl>
    <w:p>
      <w:pPr>
        <w:spacing w:before="240" w:after="80"/>
      </w:pPr>
      <w:r>
        <w:rPr>
          <w:b/>
          <w:color w:val="7A1E2D"/>
          <w:sz w:val="19"/>
        </w:rPr>
        <w:t>KĀ IESNIEGT</w:t>
      </w:r>
    </w:p>
    <w:p>
      <w:pPr>
        <w:pStyle w:val="ListBullet"/>
        <w:spacing w:after="40"/>
      </w:pPr>
      <w:r>
        <w:t>Atteikuma tiesības var izmantot 14 dienu laikā no preces saņemšanas dienas.</w:t>
      </w:r>
    </w:p>
    <w:p>
      <w:pPr>
        <w:pStyle w:val="ListBullet"/>
        <w:spacing w:after="40"/>
      </w:pPr>
      <w:r>
        <w:t>Aizpildīto veidlapu, vēlams kopā ar pirkumu apliecinoša dokumenta kopiju, nosūtiet uz e-pastu info@madeinlatvia.eu vai pa pastu uz augstāk norādīto adresi.</w:t>
      </w:r>
    </w:p>
    <w:p>
      <w:pPr>
        <w:pStyle w:val="ListBullet"/>
        <w:spacing w:after="40"/>
      </w:pPr>
      <w:r>
        <w:t>Preci lūdzam nosūtīt atpakaļ 14 dienu laikā pēc atteikuma paziņošanas uz adresi: "Smukiņi", Viļķenes pag., Limbažu nov., LV-4050, Latvija.</w:t>
      </w:r>
    </w:p>
    <w:p>
      <w:pPr>
        <w:spacing w:before="280"/>
      </w:pPr>
      <w:r>
        <w:rPr>
          <w:color w:val="8A8178"/>
          <w:sz w:val="16"/>
        </w:rPr>
        <w:t>SIA "MadeinLatvia.eu" · Reģ. Nr. 44103144439 · PVN LV44103144439 · info@madeinlatvia.eu</w:t>
      </w:r>
    </w:p>
    <w:sectPr w:rsidR="00FC693F" w:rsidRPr="0006063C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 w:eastAsia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